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5C9" w:rsidRDefault="00F77108">
      <w:pPr>
        <w:jc w:val="center"/>
      </w:pPr>
      <w:r>
        <w:rPr>
          <w:b/>
        </w:rPr>
        <w:t>ДГ № 2 „Щастливо детство“ – гр. Варна</w:t>
      </w:r>
    </w:p>
    <w:p w:rsidR="006565C9" w:rsidRDefault="00F77108">
      <w:pPr>
        <w:jc w:val="center"/>
      </w:pPr>
      <w:r>
        <w:rPr>
          <w:b/>
          <w:sz w:val="28"/>
        </w:rPr>
        <w:t>ДЕКЛАРАЦИЯ</w:t>
      </w:r>
    </w:p>
    <w:p w:rsidR="006565C9" w:rsidRDefault="006565C9">
      <w:pPr>
        <w:jc w:val="center"/>
      </w:pPr>
    </w:p>
    <w:p w:rsidR="006565C9" w:rsidRDefault="00F77108">
      <w:r>
        <w:rPr>
          <w:b/>
        </w:rPr>
        <w:t>От:</w:t>
      </w:r>
      <w:r>
        <w:t xml:space="preserve"> ......................................................................</w:t>
      </w:r>
    </w:p>
    <w:p w:rsidR="006565C9" w:rsidRDefault="00F77108">
      <w:r>
        <w:rPr>
          <w:b/>
        </w:rPr>
        <w:t>родител/настойник на:</w:t>
      </w:r>
      <w:r>
        <w:t xml:space="preserve"> ......................................................................</w:t>
      </w:r>
    </w:p>
    <w:p w:rsidR="006565C9" w:rsidRDefault="00F77108">
      <w:r>
        <w:rPr>
          <w:b/>
        </w:rPr>
        <w:t>от</w:t>
      </w:r>
      <w:r>
        <w:rPr>
          <w:b/>
        </w:rPr>
        <w:t xml:space="preserve"> група:</w:t>
      </w:r>
      <w:r>
        <w:t xml:space="preserve"> ......................................................................</w:t>
      </w:r>
    </w:p>
    <w:p w:rsidR="006565C9" w:rsidRDefault="00F77108">
      <w:r>
        <w:t>Декларирам, че детето ми ще закъснява за сутрешния прием и ще бъде довеждано в детската градина след 8:20 ч.</w:t>
      </w:r>
    </w:p>
    <w:p w:rsidR="006565C9" w:rsidRDefault="00F77108">
      <w:r>
        <w:t>При промяна и невъзможност детето да присъства в детската градина, с</w:t>
      </w:r>
      <w:r>
        <w:t>е ангажирам своевременно да уведомя учителите на групата за отсъствието му, независимо от предварително заявеното закъснение.</w:t>
      </w:r>
    </w:p>
    <w:p w:rsidR="006565C9" w:rsidRDefault="00F77108">
      <w:r>
        <w:t>Запознат/а съм, че заявяването на закъснение не замества уведомяването за отсъствие на детето.</w:t>
      </w:r>
    </w:p>
    <w:p w:rsidR="006565C9" w:rsidRDefault="00F77108">
      <w:r>
        <w:rPr>
          <w:b/>
        </w:rPr>
        <w:t>Дата:</w:t>
      </w:r>
      <w:r>
        <w:t xml:space="preserve"> .............................</w:t>
      </w:r>
      <w:r>
        <w:t>.........................................</w:t>
      </w:r>
    </w:p>
    <w:p w:rsidR="006565C9" w:rsidRDefault="00F77108">
      <w:r>
        <w:rPr>
          <w:b/>
        </w:rPr>
        <w:t>Родител/настойник:</w:t>
      </w:r>
      <w:r>
        <w:t xml:space="preserve"> ......................................................................</w:t>
      </w:r>
    </w:p>
    <w:p w:rsidR="006565C9" w:rsidRDefault="00F77108">
      <w:r>
        <w:rPr>
          <w:b/>
        </w:rPr>
        <w:t>Подпис:</w:t>
      </w:r>
      <w:r>
        <w:t xml:space="preserve"> ......................................................................</w:t>
      </w:r>
    </w:p>
    <w:p w:rsidR="006565C9" w:rsidRDefault="00F77108">
      <w:pPr>
        <w:jc w:val="center"/>
      </w:pPr>
      <w:r>
        <w:rPr>
          <w:sz w:val="18"/>
        </w:rPr>
        <w:t xml:space="preserve">ДГ № 2 „Щастливо детство“ – място за растеж, </w:t>
      </w:r>
      <w:r>
        <w:rPr>
          <w:sz w:val="18"/>
        </w:rPr>
        <w:t>опит и мечти</w:t>
      </w:r>
    </w:p>
    <w:sectPr w:rsidR="006565C9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565C9"/>
    <w:rsid w:val="00AA1D8D"/>
    <w:rsid w:val="00B47730"/>
    <w:rsid w:val="00CB0664"/>
    <w:rsid w:val="00F7710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3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787268-31AA-4D4B-A075-94A482F1B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2026-09-22T20:32:00Z</dcterms:modified>
  <cp:category/>
</cp:coreProperties>
</file>