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A50" w:rsidRPr="007157AA" w:rsidRDefault="007157AA">
      <w:pPr>
        <w:jc w:val="center"/>
        <w:rPr>
          <w:rFonts w:ascii="Times New Roman" w:hAnsi="Times New Roman" w:cs="Times New Roman"/>
          <w:sz w:val="28"/>
          <w:szCs w:val="28"/>
        </w:rPr>
      </w:pPr>
      <w:r w:rsidRPr="007157AA">
        <w:rPr>
          <w:rFonts w:ascii="Times New Roman" w:hAnsi="Times New Roman" w:cs="Times New Roman"/>
          <w:b/>
          <w:sz w:val="28"/>
          <w:szCs w:val="28"/>
        </w:rPr>
        <w:t>ДЕТСКА ГРАДИНА № 2 „ЩАСТЛИВО ДЕТСТВО</w:t>
      </w:r>
      <w:proofErr w:type="gramStart"/>
      <w:r w:rsidRPr="007157AA">
        <w:rPr>
          <w:rFonts w:ascii="Times New Roman" w:hAnsi="Times New Roman" w:cs="Times New Roman"/>
          <w:b/>
          <w:sz w:val="28"/>
          <w:szCs w:val="28"/>
        </w:rPr>
        <w:t>“ –</w:t>
      </w:r>
      <w:proofErr w:type="gramEnd"/>
      <w:r w:rsidRPr="007157AA">
        <w:rPr>
          <w:rFonts w:ascii="Times New Roman" w:hAnsi="Times New Roman" w:cs="Times New Roman"/>
          <w:b/>
          <w:sz w:val="28"/>
          <w:szCs w:val="28"/>
        </w:rPr>
        <w:t xml:space="preserve"> гр. ВАРНА</w:t>
      </w:r>
    </w:p>
    <w:p w:rsidR="00713A50" w:rsidRPr="007157AA" w:rsidRDefault="00713A50">
      <w:pPr>
        <w:rPr>
          <w:rFonts w:ascii="Times New Roman" w:hAnsi="Times New Roman" w:cs="Times New Roman"/>
          <w:sz w:val="28"/>
          <w:szCs w:val="28"/>
        </w:rPr>
      </w:pPr>
    </w:p>
    <w:p w:rsidR="00713A50" w:rsidRPr="007157AA" w:rsidRDefault="007157AA">
      <w:pPr>
        <w:jc w:val="center"/>
        <w:rPr>
          <w:rFonts w:ascii="Times New Roman" w:hAnsi="Times New Roman" w:cs="Times New Roman"/>
          <w:sz w:val="28"/>
          <w:szCs w:val="28"/>
        </w:rPr>
      </w:pPr>
      <w:r w:rsidRPr="007157AA">
        <w:rPr>
          <w:rFonts w:ascii="Times New Roman" w:hAnsi="Times New Roman" w:cs="Times New Roman"/>
          <w:b/>
          <w:sz w:val="28"/>
          <w:szCs w:val="28"/>
        </w:rPr>
        <w:t>Д Е К Л А Р А Ц И Я</w:t>
      </w:r>
    </w:p>
    <w:p w:rsidR="00713A50" w:rsidRPr="007157AA" w:rsidRDefault="007157AA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157AA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Pr="007157AA">
        <w:rPr>
          <w:rFonts w:ascii="Times New Roman" w:hAnsi="Times New Roman" w:cs="Times New Roman"/>
          <w:b/>
          <w:sz w:val="28"/>
          <w:szCs w:val="28"/>
        </w:rPr>
        <w:t xml:space="preserve"> запознаване с правилниците и условията в детската градина</w:t>
      </w:r>
    </w:p>
    <w:p w:rsidR="00713A50" w:rsidRPr="007157AA" w:rsidRDefault="00713A50">
      <w:pPr>
        <w:rPr>
          <w:rFonts w:ascii="Times New Roman" w:hAnsi="Times New Roman" w:cs="Times New Roman"/>
          <w:sz w:val="28"/>
          <w:szCs w:val="28"/>
        </w:rPr>
      </w:pPr>
    </w:p>
    <w:p w:rsidR="00713A50" w:rsidRPr="007157AA" w:rsidRDefault="007157AA">
      <w:pPr>
        <w:rPr>
          <w:rFonts w:ascii="Times New Roman" w:hAnsi="Times New Roman" w:cs="Times New Roman"/>
          <w:sz w:val="28"/>
          <w:szCs w:val="28"/>
        </w:rPr>
      </w:pPr>
      <w:r w:rsidRPr="007157AA">
        <w:rPr>
          <w:rFonts w:ascii="Times New Roman" w:hAnsi="Times New Roman" w:cs="Times New Roman"/>
          <w:b/>
          <w:sz w:val="28"/>
          <w:szCs w:val="28"/>
        </w:rPr>
        <w:t xml:space="preserve">От: </w:t>
      </w:r>
      <w:r w:rsidRPr="007157AA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</w:t>
      </w:r>
    </w:p>
    <w:p w:rsidR="00713A50" w:rsidRPr="007157AA" w:rsidRDefault="007157A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57AA">
        <w:rPr>
          <w:rFonts w:ascii="Times New Roman" w:hAnsi="Times New Roman" w:cs="Times New Roman"/>
          <w:b/>
          <w:sz w:val="28"/>
          <w:szCs w:val="28"/>
        </w:rPr>
        <w:t>родител/настойник</w:t>
      </w:r>
      <w:proofErr w:type="gramEnd"/>
      <w:r w:rsidRPr="007157AA">
        <w:rPr>
          <w:rFonts w:ascii="Times New Roman" w:hAnsi="Times New Roman" w:cs="Times New Roman"/>
          <w:b/>
          <w:sz w:val="28"/>
          <w:szCs w:val="28"/>
        </w:rPr>
        <w:t xml:space="preserve"> на: </w:t>
      </w:r>
      <w:r w:rsidRPr="007157AA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</w:t>
      </w:r>
    </w:p>
    <w:p w:rsidR="00713A50" w:rsidRPr="007157AA" w:rsidRDefault="00713A50">
      <w:pPr>
        <w:rPr>
          <w:rFonts w:ascii="Times New Roman" w:hAnsi="Times New Roman" w:cs="Times New Roman"/>
          <w:sz w:val="28"/>
          <w:szCs w:val="28"/>
        </w:rPr>
      </w:pPr>
    </w:p>
    <w:p w:rsidR="00713A50" w:rsidRPr="007157AA" w:rsidRDefault="007157AA">
      <w:pPr>
        <w:rPr>
          <w:rFonts w:ascii="Times New Roman" w:hAnsi="Times New Roman" w:cs="Times New Roman"/>
          <w:sz w:val="28"/>
          <w:szCs w:val="28"/>
        </w:rPr>
      </w:pPr>
      <w:r w:rsidRPr="007157AA">
        <w:rPr>
          <w:rFonts w:ascii="Times New Roman" w:hAnsi="Times New Roman" w:cs="Times New Roman"/>
          <w:sz w:val="28"/>
          <w:szCs w:val="28"/>
        </w:rPr>
        <w:t>Декларирам, че съм запознат/а с:</w:t>
      </w:r>
    </w:p>
    <w:p w:rsidR="00713A50" w:rsidRPr="007157AA" w:rsidRDefault="007157AA">
      <w:pPr>
        <w:ind w:left="340"/>
        <w:rPr>
          <w:rFonts w:ascii="Times New Roman" w:hAnsi="Times New Roman" w:cs="Times New Roman"/>
          <w:sz w:val="28"/>
          <w:szCs w:val="28"/>
        </w:rPr>
      </w:pPr>
      <w:r w:rsidRPr="007157AA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7157AA">
        <w:rPr>
          <w:rFonts w:ascii="Times New Roman" w:hAnsi="Times New Roman" w:cs="Times New Roman"/>
          <w:sz w:val="28"/>
          <w:szCs w:val="28"/>
        </w:rPr>
        <w:t>Правилника за дейността на ДГ № 2 „Щастливо детство</w:t>
      </w:r>
      <w:proofErr w:type="gramStart"/>
      <w:r w:rsidRPr="007157AA">
        <w:rPr>
          <w:rFonts w:ascii="Times New Roman" w:hAnsi="Times New Roman" w:cs="Times New Roman"/>
          <w:sz w:val="28"/>
          <w:szCs w:val="28"/>
        </w:rPr>
        <w:t>“ –</w:t>
      </w:r>
      <w:proofErr w:type="gramEnd"/>
      <w:r w:rsidRPr="007157AA">
        <w:rPr>
          <w:rFonts w:ascii="Times New Roman" w:hAnsi="Times New Roman" w:cs="Times New Roman"/>
          <w:sz w:val="28"/>
          <w:szCs w:val="28"/>
        </w:rPr>
        <w:t xml:space="preserve"> гр. Варна;</w:t>
      </w:r>
    </w:p>
    <w:p w:rsidR="00713A50" w:rsidRPr="007157AA" w:rsidRDefault="007157AA">
      <w:pPr>
        <w:ind w:left="340"/>
        <w:rPr>
          <w:rFonts w:ascii="Times New Roman" w:hAnsi="Times New Roman" w:cs="Times New Roman"/>
          <w:sz w:val="28"/>
          <w:szCs w:val="28"/>
        </w:rPr>
      </w:pPr>
      <w:r w:rsidRPr="007157AA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7157AA">
        <w:rPr>
          <w:rFonts w:ascii="Times New Roman" w:hAnsi="Times New Roman" w:cs="Times New Roman"/>
          <w:sz w:val="28"/>
          <w:szCs w:val="28"/>
        </w:rPr>
        <w:t>Правилника за вътрешния трудо</w:t>
      </w:r>
      <w:r w:rsidRPr="007157AA">
        <w:rPr>
          <w:rFonts w:ascii="Times New Roman" w:hAnsi="Times New Roman" w:cs="Times New Roman"/>
          <w:sz w:val="28"/>
          <w:szCs w:val="28"/>
        </w:rPr>
        <w:t>в ред на ДГ № 2 „Щастливо детство</w:t>
      </w:r>
      <w:proofErr w:type="gramStart"/>
      <w:r w:rsidRPr="007157AA">
        <w:rPr>
          <w:rFonts w:ascii="Times New Roman" w:hAnsi="Times New Roman" w:cs="Times New Roman"/>
          <w:sz w:val="28"/>
          <w:szCs w:val="28"/>
        </w:rPr>
        <w:t>“ –</w:t>
      </w:r>
      <w:proofErr w:type="gramEnd"/>
      <w:r w:rsidRPr="007157AA">
        <w:rPr>
          <w:rFonts w:ascii="Times New Roman" w:hAnsi="Times New Roman" w:cs="Times New Roman"/>
          <w:sz w:val="28"/>
          <w:szCs w:val="28"/>
        </w:rPr>
        <w:t xml:space="preserve"> гр. Варна;</w:t>
      </w:r>
    </w:p>
    <w:p w:rsidR="00713A50" w:rsidRPr="007157AA" w:rsidRDefault="007157A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57AA">
        <w:rPr>
          <w:rFonts w:ascii="Times New Roman" w:hAnsi="Times New Roman" w:cs="Times New Roman"/>
          <w:sz w:val="28"/>
          <w:szCs w:val="28"/>
        </w:rPr>
        <w:t>както</w:t>
      </w:r>
      <w:proofErr w:type="gramEnd"/>
      <w:r w:rsidRPr="007157AA">
        <w:rPr>
          <w:rFonts w:ascii="Times New Roman" w:hAnsi="Times New Roman" w:cs="Times New Roman"/>
          <w:sz w:val="28"/>
          <w:szCs w:val="28"/>
        </w:rPr>
        <w:t xml:space="preserve"> и с основните права и задължения на родителите, регламентирани в тях.</w:t>
      </w:r>
    </w:p>
    <w:p w:rsidR="00713A50" w:rsidRPr="007157AA" w:rsidRDefault="007157A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57AA">
        <w:rPr>
          <w:rFonts w:ascii="Times New Roman" w:hAnsi="Times New Roman" w:cs="Times New Roman"/>
          <w:sz w:val="28"/>
          <w:szCs w:val="28"/>
        </w:rPr>
        <w:t>Декларирам, че съм информиран/а къде са достъпни правилниците за запознаване и че те са публикувани на официалната интернет страница</w:t>
      </w:r>
      <w:r w:rsidRPr="007157AA">
        <w:rPr>
          <w:rFonts w:ascii="Times New Roman" w:hAnsi="Times New Roman" w:cs="Times New Roman"/>
          <w:sz w:val="28"/>
          <w:szCs w:val="28"/>
        </w:rPr>
        <w:t xml:space="preserve"> на детската градина.</w:t>
      </w:r>
      <w:proofErr w:type="gramEnd"/>
    </w:p>
    <w:p w:rsidR="00713A50" w:rsidRPr="007157AA" w:rsidRDefault="007157AA">
      <w:pPr>
        <w:rPr>
          <w:rFonts w:ascii="Times New Roman" w:hAnsi="Times New Roman" w:cs="Times New Roman"/>
          <w:sz w:val="28"/>
          <w:szCs w:val="28"/>
        </w:rPr>
      </w:pPr>
      <w:r w:rsidRPr="007157AA">
        <w:rPr>
          <w:rFonts w:ascii="Times New Roman" w:hAnsi="Times New Roman" w:cs="Times New Roman"/>
          <w:sz w:val="28"/>
          <w:szCs w:val="28"/>
        </w:rPr>
        <w:t>Запознат/а съм с правата и задълженията си като родител и се ангажирам да ги спазвам.</w:t>
      </w:r>
    </w:p>
    <w:p w:rsidR="00713A50" w:rsidRPr="007157AA" w:rsidRDefault="00713A50">
      <w:pPr>
        <w:rPr>
          <w:rFonts w:ascii="Times New Roman" w:hAnsi="Times New Roman" w:cs="Times New Roman"/>
          <w:sz w:val="28"/>
          <w:szCs w:val="28"/>
        </w:rPr>
      </w:pPr>
    </w:p>
    <w:p w:rsidR="00713A50" w:rsidRPr="007157AA" w:rsidRDefault="007157AA">
      <w:pPr>
        <w:rPr>
          <w:rFonts w:ascii="Times New Roman" w:hAnsi="Times New Roman" w:cs="Times New Roman"/>
          <w:sz w:val="28"/>
          <w:szCs w:val="28"/>
        </w:rPr>
      </w:pPr>
      <w:r w:rsidRPr="007157AA">
        <w:rPr>
          <w:rFonts w:ascii="Times New Roman" w:hAnsi="Times New Roman" w:cs="Times New Roman"/>
          <w:b/>
          <w:sz w:val="28"/>
          <w:szCs w:val="28"/>
        </w:rPr>
        <w:t xml:space="preserve">Дата: </w:t>
      </w:r>
      <w:r w:rsidRPr="007157AA">
        <w:rPr>
          <w:rFonts w:ascii="Times New Roman" w:hAnsi="Times New Roman" w:cs="Times New Roman"/>
          <w:sz w:val="28"/>
          <w:szCs w:val="28"/>
        </w:rPr>
        <w:t>....................................</w:t>
      </w:r>
    </w:p>
    <w:p w:rsidR="00713A50" w:rsidRPr="007157AA" w:rsidRDefault="007157AA">
      <w:pPr>
        <w:rPr>
          <w:rFonts w:ascii="Times New Roman" w:hAnsi="Times New Roman" w:cs="Times New Roman"/>
          <w:sz w:val="28"/>
          <w:szCs w:val="28"/>
        </w:rPr>
      </w:pPr>
      <w:r w:rsidRPr="007157AA">
        <w:rPr>
          <w:rFonts w:ascii="Times New Roman" w:hAnsi="Times New Roman" w:cs="Times New Roman"/>
          <w:b/>
          <w:sz w:val="28"/>
          <w:szCs w:val="28"/>
        </w:rPr>
        <w:t xml:space="preserve">Име на родителя: </w:t>
      </w:r>
      <w:r w:rsidRPr="007157AA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</w:t>
      </w:r>
    </w:p>
    <w:p w:rsidR="00713A50" w:rsidRPr="007157AA" w:rsidRDefault="007157AA">
      <w:pPr>
        <w:rPr>
          <w:rFonts w:ascii="Times New Roman" w:hAnsi="Times New Roman" w:cs="Times New Roman"/>
          <w:sz w:val="28"/>
          <w:szCs w:val="28"/>
        </w:rPr>
      </w:pPr>
      <w:r w:rsidRPr="007157AA">
        <w:rPr>
          <w:rFonts w:ascii="Times New Roman" w:hAnsi="Times New Roman" w:cs="Times New Roman"/>
          <w:b/>
          <w:sz w:val="28"/>
          <w:szCs w:val="28"/>
        </w:rPr>
        <w:t>Подпи</w:t>
      </w:r>
      <w:r w:rsidRPr="007157AA">
        <w:rPr>
          <w:rFonts w:ascii="Times New Roman" w:hAnsi="Times New Roman" w:cs="Times New Roman"/>
          <w:b/>
          <w:sz w:val="28"/>
          <w:szCs w:val="28"/>
        </w:rPr>
        <w:t xml:space="preserve">с: </w:t>
      </w:r>
      <w:r w:rsidRPr="007157AA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</w:t>
      </w:r>
    </w:p>
    <w:p w:rsidR="00713A50" w:rsidRPr="007157AA" w:rsidRDefault="00713A50">
      <w:pPr>
        <w:rPr>
          <w:rFonts w:ascii="Times New Roman" w:hAnsi="Times New Roman" w:cs="Times New Roman"/>
          <w:sz w:val="28"/>
          <w:szCs w:val="28"/>
        </w:rPr>
      </w:pPr>
    </w:p>
    <w:p w:rsidR="00713A50" w:rsidRPr="007157AA" w:rsidRDefault="007157AA">
      <w:pPr>
        <w:jc w:val="center"/>
        <w:rPr>
          <w:rFonts w:ascii="Times New Roman" w:hAnsi="Times New Roman" w:cs="Times New Roman"/>
          <w:sz w:val="28"/>
          <w:szCs w:val="28"/>
        </w:rPr>
      </w:pPr>
      <w:r w:rsidRPr="007157AA">
        <w:rPr>
          <w:rFonts w:ascii="Times New Roman" w:hAnsi="Times New Roman" w:cs="Times New Roman"/>
          <w:i/>
          <w:sz w:val="28"/>
          <w:szCs w:val="28"/>
        </w:rPr>
        <w:t>ДГ № 2 „Щастливо детство</w:t>
      </w:r>
      <w:proofErr w:type="gramStart"/>
      <w:r w:rsidRPr="007157AA">
        <w:rPr>
          <w:rFonts w:ascii="Times New Roman" w:hAnsi="Times New Roman" w:cs="Times New Roman"/>
          <w:i/>
          <w:sz w:val="28"/>
          <w:szCs w:val="28"/>
        </w:rPr>
        <w:t>“ –</w:t>
      </w:r>
      <w:proofErr w:type="gramEnd"/>
      <w:r w:rsidRPr="007157AA">
        <w:rPr>
          <w:rFonts w:ascii="Times New Roman" w:hAnsi="Times New Roman" w:cs="Times New Roman"/>
          <w:i/>
          <w:sz w:val="28"/>
          <w:szCs w:val="28"/>
        </w:rPr>
        <w:t xml:space="preserve"> място за растеж, опит и мечти</w:t>
      </w:r>
    </w:p>
    <w:sectPr w:rsidR="00713A50" w:rsidRPr="007157AA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713A50"/>
    <w:rsid w:val="007157AA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0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3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B2925A-9538-4EBB-9A6D-E9F10D58C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2013-12-23T23:15:00Z</dcterms:created>
  <dcterms:modified xsi:type="dcterms:W3CDTF">2026-09-15T11:15:00Z</dcterms:modified>
  <cp:category/>
</cp:coreProperties>
</file>