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4"/>
        </w:rPr>
        <w:t>ДГ № 2 „Щастливо детство“ – гр. Варна</w:t>
      </w:r>
    </w:p>
    <w:p>
      <w:pPr>
        <w:jc w:val="center"/>
      </w:pPr>
      <w:r>
        <w:rPr>
          <w:rFonts w:ascii="Times New Roman" w:hAnsi="Times New Roman"/>
          <w:b/>
          <w:sz w:val="28"/>
        </w:rPr>
        <w:t>ДЕКЛАРАЦИЯ</w:t>
      </w:r>
    </w:p>
    <w:p>
      <w:pPr>
        <w:jc w:val="center"/>
      </w:pPr>
      <w:r>
        <w:rPr>
          <w:rFonts w:ascii="Times New Roman" w:hAnsi="Times New Roman"/>
          <w:b/>
          <w:sz w:val="24"/>
        </w:rPr>
        <w:t>за отписване на дете от детската градина</w:t>
      </w:r>
    </w:p>
    <w:p>
      <w:r>
        <w:rPr>
          <w:b/>
        </w:rPr>
        <w:t>От:</w:t>
      </w:r>
      <w:r>
        <w:t xml:space="preserve"> ......................................................................</w:t>
      </w:r>
    </w:p>
    <w:p>
      <w:r>
        <w:rPr>
          <w:b/>
        </w:rPr>
        <w:t>родител/настойник на:</w:t>
      </w:r>
      <w:r>
        <w:t xml:space="preserve"> ......................................................................</w:t>
      </w:r>
    </w:p>
    <w:p>
      <w:r>
        <w:rPr>
          <w:b/>
        </w:rPr>
        <w:t>от група:</w:t>
      </w:r>
      <w:r>
        <w:t xml:space="preserve"> ......................................................................</w:t>
      </w:r>
    </w:p>
    <w:p>
      <w:r>
        <w:t>Декларирам, че желая детето ми да бъде отписано от ДГ № 2 „Щастливо детство“ – гр. Варна, считано от ................................................ .</w:t>
      </w:r>
    </w:p>
    <w:p>
      <w:r>
        <w:t>Декларирам, че съм информиран/а за необходимостта да бъдат уредени всички отношения с детската градина, свързани с отписването на детето.</w:t>
      </w:r>
    </w:p>
    <w:p>
      <w:r>
        <w:rPr>
          <w:b/>
        </w:rPr>
        <w:t>Дата:</w:t>
      </w:r>
      <w:r>
        <w:t xml:space="preserve"> ......................................................................</w:t>
      </w:r>
    </w:p>
    <w:p>
      <w:r>
        <w:rPr>
          <w:b/>
        </w:rPr>
        <w:t>Родител/настойник:</w:t>
      </w:r>
      <w:r>
        <w:t xml:space="preserve"> ......................................................................</w:t>
      </w:r>
    </w:p>
    <w:p>
      <w:r>
        <w:rPr>
          <w:b/>
        </w:rPr>
        <w:t>Подпис:</w:t>
      </w:r>
      <w:r>
        <w:t xml:space="preserve"> ......................................................................</w:t>
      </w:r>
    </w:p>
    <w:p>
      <w:pPr>
        <w:jc w:val="center"/>
      </w:pPr>
      <w:r>
        <w:rPr>
          <w:rFonts w:ascii="Times New Roman" w:hAnsi="Times New Roman"/>
          <w:b w:val="0"/>
          <w:sz w:val="18"/>
        </w:rPr>
        <w:t>ДГ № 2 „Щастливо детство“ – място за растеж, опит и мечти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