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/>
          <w:b/>
          <w:sz w:val="24"/>
        </w:rPr>
        <w:t>ДГ № 2 „Щастливо детство“ – гр. Варна</w:t>
      </w:r>
    </w:p>
    <w:p>
      <w:pPr>
        <w:jc w:val="center"/>
      </w:pPr>
      <w:r>
        <w:rPr>
          <w:rFonts w:ascii="Times New Roman" w:hAnsi="Times New Roman"/>
          <w:b/>
          <w:sz w:val="28"/>
        </w:rPr>
        <w:t>ГОДИШНА ИНФОРМАЦИОННА КАРТА</w:t>
      </w:r>
    </w:p>
    <w:p>
      <w:pPr>
        <w:jc w:val="center"/>
      </w:pPr>
      <w:r>
        <w:rPr>
          <w:rFonts w:ascii="Times New Roman" w:hAnsi="Times New Roman"/>
          <w:b/>
          <w:sz w:val="24"/>
        </w:rPr>
        <w:t>ДЕТЕ</w:t>
      </w:r>
    </w:p>
    <w:p>
      <w:r>
        <w:rPr>
          <w:b/>
        </w:rPr>
        <w:t>Трите имена:</w:t>
      </w:r>
      <w:r>
        <w:t xml:space="preserve"> ......................................................................</w:t>
      </w:r>
    </w:p>
    <w:p>
      <w:r>
        <w:rPr>
          <w:b/>
        </w:rPr>
        <w:t>Дата и място на раждане:</w:t>
      </w:r>
      <w:r>
        <w:t xml:space="preserve"> ......................................................................</w:t>
      </w:r>
    </w:p>
    <w:p>
      <w:r>
        <w:rPr>
          <w:b/>
        </w:rPr>
        <w:t>ЕГН:</w:t>
      </w:r>
      <w:r>
        <w:t xml:space="preserve"> ......................................................................</w:t>
      </w:r>
    </w:p>
    <w:p>
      <w:r>
        <w:rPr>
          <w:b/>
        </w:rPr>
        <w:t>Адрес:</w:t>
      </w:r>
      <w:r>
        <w:t xml:space="preserve"> ......................................................................</w:t>
      </w:r>
    </w:p>
    <w:p>
      <w:r>
        <w:rPr>
          <w:b/>
        </w:rPr>
        <w:t>Група:</w:t>
      </w:r>
      <w:r>
        <w:t xml:space="preserve"> ......................................................................</w:t>
      </w:r>
    </w:p>
    <w:p>
      <w:pPr>
        <w:jc w:val="center"/>
      </w:pPr>
      <w:r>
        <w:rPr>
          <w:rFonts w:ascii="Times New Roman" w:hAnsi="Times New Roman"/>
          <w:b/>
          <w:sz w:val="24"/>
        </w:rPr>
        <w:t>МАЙКА</w:t>
      </w:r>
    </w:p>
    <w:p>
      <w:r>
        <w:rPr>
          <w:b/>
        </w:rPr>
        <w:t>Трите имена:</w:t>
      </w:r>
      <w:r>
        <w:t xml:space="preserve"> ......................................................................</w:t>
      </w:r>
    </w:p>
    <w:p>
      <w:r>
        <w:rPr>
          <w:b/>
        </w:rPr>
        <w:t>Адрес:</w:t>
      </w:r>
      <w:r>
        <w:t xml:space="preserve"> ......................................................................</w:t>
      </w:r>
    </w:p>
    <w:p>
      <w:r>
        <w:rPr>
          <w:b/>
        </w:rPr>
        <w:t>Телефон:</w:t>
      </w:r>
      <w:r>
        <w:t xml:space="preserve"> ......................................................................</w:t>
      </w:r>
    </w:p>
    <w:p>
      <w:r>
        <w:rPr>
          <w:b/>
        </w:rPr>
        <w:t>E-mail:</w:t>
      </w:r>
      <w:r>
        <w:t xml:space="preserve"> ......................................................................</w:t>
      </w:r>
    </w:p>
    <w:p>
      <w:r>
        <w:rPr>
          <w:b/>
        </w:rPr>
        <w:t>Професия:</w:t>
      </w:r>
      <w:r>
        <w:t xml:space="preserve"> ......................................................................</w:t>
      </w:r>
    </w:p>
    <w:p>
      <w:pPr>
        <w:jc w:val="center"/>
      </w:pPr>
      <w:r>
        <w:rPr>
          <w:rFonts w:ascii="Times New Roman" w:hAnsi="Times New Roman"/>
          <w:b/>
          <w:sz w:val="24"/>
        </w:rPr>
        <w:t>БАЩА</w:t>
      </w:r>
    </w:p>
    <w:p>
      <w:r>
        <w:rPr>
          <w:b/>
        </w:rPr>
        <w:t>Трите имена:</w:t>
      </w:r>
      <w:r>
        <w:t xml:space="preserve"> ......................................................................</w:t>
      </w:r>
    </w:p>
    <w:p>
      <w:r>
        <w:rPr>
          <w:b/>
        </w:rPr>
        <w:t>Адрес:</w:t>
      </w:r>
      <w:r>
        <w:t xml:space="preserve"> ......................................................................</w:t>
      </w:r>
    </w:p>
    <w:p>
      <w:r>
        <w:rPr>
          <w:b/>
        </w:rPr>
        <w:t>Телефон:</w:t>
      </w:r>
      <w:r>
        <w:t xml:space="preserve"> ......................................................................</w:t>
      </w:r>
    </w:p>
    <w:p>
      <w:r>
        <w:rPr>
          <w:b/>
        </w:rPr>
        <w:t>E-mail:</w:t>
      </w:r>
      <w:r>
        <w:t xml:space="preserve"> ......................................................................</w:t>
      </w:r>
    </w:p>
    <w:p>
      <w:r>
        <w:rPr>
          <w:b/>
        </w:rPr>
        <w:t>Професия:</w:t>
      </w:r>
      <w:r>
        <w:t xml:space="preserve"> ......................................................................</w:t>
      </w:r>
    </w:p>
    <w:p>
      <w:pPr>
        <w:jc w:val="center"/>
      </w:pPr>
      <w:r>
        <w:rPr>
          <w:rFonts w:ascii="Times New Roman" w:hAnsi="Times New Roman"/>
          <w:b/>
          <w:sz w:val="24"/>
        </w:rPr>
        <w:t>НАСТОЙНИК / ПОПЕЧИТЕЛ</w:t>
      </w:r>
    </w:p>
    <w:p>
      <w:r>
        <w:rPr>
          <w:b/>
        </w:rPr>
        <w:t>Трите имена:</w:t>
      </w:r>
      <w:r>
        <w:t xml:space="preserve"> ......................................................................</w:t>
      </w:r>
    </w:p>
    <w:p>
      <w:r>
        <w:rPr>
          <w:b/>
        </w:rPr>
        <w:t>Адрес:</w:t>
      </w:r>
      <w:r>
        <w:t xml:space="preserve"> ......................................................................</w:t>
      </w:r>
    </w:p>
    <w:p>
      <w:r>
        <w:rPr>
          <w:b/>
        </w:rPr>
        <w:t>Телефон:</w:t>
      </w:r>
      <w:r>
        <w:t xml:space="preserve"> ......................................................................</w:t>
      </w:r>
    </w:p>
    <w:p>
      <w:r>
        <w:rPr>
          <w:b/>
        </w:rPr>
        <w:t>E-mail:</w:t>
      </w:r>
      <w:r>
        <w:t xml:space="preserve"> ......................................................................</w:t>
      </w:r>
    </w:p>
    <w:p>
      <w:r>
        <w:rPr>
          <w:b/>
        </w:rPr>
        <w:t>Професия:</w:t>
      </w:r>
      <w:r>
        <w:t xml:space="preserve"> ......................................................................</w:t>
      </w:r>
    </w:p>
    <w:p>
      <w:pPr>
        <w:jc w:val="center"/>
      </w:pPr>
      <w:r>
        <w:rPr>
          <w:rFonts w:ascii="Times New Roman" w:hAnsi="Times New Roman"/>
          <w:b/>
          <w:sz w:val="24"/>
        </w:rPr>
        <w:t>ЛИЧЕН ЛЕКАР</w:t>
      </w:r>
    </w:p>
    <w:p>
      <w:r>
        <w:rPr>
          <w:b/>
        </w:rPr>
        <w:t>Име и фамилия:</w:t>
      </w:r>
      <w:r>
        <w:t xml:space="preserve"> ......................................................................</w:t>
      </w:r>
    </w:p>
    <w:p>
      <w:r>
        <w:rPr>
          <w:b/>
        </w:rPr>
        <w:t>Телефон:</w:t>
      </w:r>
      <w:r>
        <w:t xml:space="preserve"> ......................................................................</w:t>
      </w:r>
    </w:p>
    <w:p>
      <w:r>
        <w:rPr>
          <w:b/>
        </w:rPr>
        <w:t>Адрес / медицинска практика:</w:t>
      </w:r>
      <w:r>
        <w:t xml:space="preserve"> ......................................................................</w:t>
      </w:r>
    </w:p>
    <w:p>
      <w:r>
        <w:t>Има ли промяна в данните спрямо предходната учебна година?  ☐ ДА  ☐ НЕ</w:t>
      </w:r>
    </w:p>
    <w:p>
      <w:r>
        <w:t>Забележка: При промяна на данни през учебната година моля да уведомите детската градина.</w:t>
      </w:r>
    </w:p>
    <w:p>
      <w:r>
        <w:rPr>
          <w:b/>
        </w:rPr>
        <w:t>Дата:</w:t>
      </w:r>
      <w:r>
        <w:t xml:space="preserve"> ......................................................................</w:t>
      </w:r>
    </w:p>
    <w:p>
      <w:r>
        <w:rPr>
          <w:b/>
        </w:rPr>
        <w:t>Родител/настойник:</w:t>
      </w:r>
      <w:r>
        <w:t xml:space="preserve"> ......................................................................</w:t>
      </w:r>
    </w:p>
    <w:p>
      <w:r>
        <w:rPr>
          <w:b/>
        </w:rPr>
        <w:t>Подпис:</w:t>
      </w:r>
      <w:r>
        <w:t xml:space="preserve"> ......................................................................</w:t>
      </w:r>
    </w:p>
    <w:p>
      <w:pPr>
        <w:jc w:val="center"/>
      </w:pPr>
      <w:r>
        <w:rPr>
          <w:rFonts w:ascii="Times New Roman" w:hAnsi="Times New Roman"/>
          <w:b w:val="0"/>
          <w:sz w:val="18"/>
        </w:rPr>
        <w:t>ДГ № 2 „Щастливо детство“ – място за растеж, опит и мечти</w:t>
      </w:r>
    </w:p>
    <w:sectPr w:rsidR="00FC693F" w:rsidRPr="0006063C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