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ДГ № 2 „Щастливо детство“ – гр. Варна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ДЕКЛАРАЦИЯ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за информираност при ранно постъпване</w:t>
      </w:r>
    </w:p>
    <w:p>
      <w:r>
        <w:rPr>
          <w:b/>
        </w:rPr>
        <w:t>От:</w:t>
      </w:r>
      <w:r>
        <w:t xml:space="preserve"> ......................................................................</w:t>
      </w:r>
    </w:p>
    <w:p>
      <w:r>
        <w:rPr>
          <w:b/>
        </w:rPr>
        <w:t>родител/настойник на:</w:t>
      </w:r>
      <w:r>
        <w:t xml:space="preserve"> ......................................................................</w:t>
      </w:r>
    </w:p>
    <w:p>
      <w:r>
        <w:t>Декларирам, че съм информиран/а, че детето ми е прието в детската градина преди навършване на възрастта за първа възрастова група и съм запознат/а с организацията на предучилищното му образование.</w:t>
      </w:r>
    </w:p>
    <w:p>
      <w:r>
        <w:t>Запознат/а съм, че съобразно възрастта на детето и установения ред то ще продължи предучилищното си образование с повторно посещаване на първа възрастова група.</w:t>
      </w:r>
    </w:p>
    <w:p>
      <w:r>
        <w:rPr>
          <w:b/>
        </w:rPr>
        <w:t>Дата:</w:t>
      </w:r>
      <w:r>
        <w:t xml:space="preserve"> ......................................................................</w:t>
      </w:r>
    </w:p>
    <w:p>
      <w:r>
        <w:rPr>
          <w:b/>
        </w:rPr>
        <w:t>Родител/настойник:</w:t>
      </w:r>
      <w:r>
        <w:t xml:space="preserve"> ......................................................................</w:t>
      </w:r>
    </w:p>
    <w:p>
      <w:r>
        <w:rPr>
          <w:b/>
        </w:rPr>
        <w:t>Подпис: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 w:val="0"/>
          <w:sz w:val="18"/>
        </w:rPr>
        <w:t>ДГ № 2 „Щастливо детство“ – място за растеж, опит и мечти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